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63F" w14:textId="7CC796EF" w:rsidR="00CB68E3" w:rsidRPr="00BD0392" w:rsidRDefault="00272E86">
      <w:pPr>
        <w:pStyle w:val="Title"/>
        <w:spacing w:after="120"/>
        <w:jc w:val="center"/>
        <w:rPr>
          <w:rFonts w:ascii="Courier New" w:hAnsi="Courier New" w:cs="Courier New"/>
        </w:rPr>
      </w:pPr>
      <w:r w:rsidRPr="00BD0392">
        <w:rPr>
          <w:rFonts w:ascii="Courier New" w:hAnsi="Courier New" w:cs="Courier New"/>
        </w:rPr>
        <w:t xml:space="preserve">Housing </w:t>
      </w:r>
      <w:r w:rsidR="00A07016" w:rsidRPr="00BD0392">
        <w:rPr>
          <w:rFonts w:ascii="Courier New" w:hAnsi="Courier New" w:cs="Courier New"/>
        </w:rPr>
        <w:t xml:space="preserve">Roundtable </w:t>
      </w:r>
      <w:r w:rsidRPr="00BD0392">
        <w:rPr>
          <w:rFonts w:ascii="Courier New" w:hAnsi="Courier New" w:cs="Courier New"/>
        </w:rPr>
        <w:t xml:space="preserve">Alliance </w:t>
      </w:r>
      <w:r w:rsidR="00A07016" w:rsidRPr="00BD0392">
        <w:rPr>
          <w:rFonts w:ascii="Courier New" w:hAnsi="Courier New" w:cs="Courier New"/>
        </w:rPr>
        <w:t>Meeting Notes</w:t>
      </w:r>
    </w:p>
    <w:p w14:paraId="58DF2D7E" w14:textId="77777777" w:rsidR="00CB68E3" w:rsidRDefault="00A07016">
      <w:pPr>
        <w:spacing w:after="120"/>
        <w:jc w:val="center"/>
      </w:pPr>
      <w:r>
        <w:rPr>
          <w:b/>
          <w:color w:val="595959"/>
          <w:sz w:val="24"/>
        </w:rPr>
        <w:t>June 26, 2026</w:t>
      </w:r>
    </w:p>
    <w:p w14:paraId="7BE04E72" w14:textId="77777777" w:rsidR="00CB68E3" w:rsidRDefault="00CB68E3">
      <w:pPr>
        <w:spacing w:after="120"/>
      </w:pPr>
    </w:p>
    <w:p w14:paraId="651F758F" w14:textId="0D036278" w:rsidR="00CB68E3" w:rsidRPr="00BD0392" w:rsidRDefault="00A07016">
      <w:pPr>
        <w:pStyle w:val="Heading1"/>
        <w:spacing w:before="200" w:after="80"/>
        <w:rPr>
          <w:rFonts w:ascii="Courier New" w:hAnsi="Courier New" w:cs="Courier New"/>
        </w:rPr>
      </w:pPr>
      <w:r w:rsidRPr="00BD0392">
        <w:rPr>
          <w:rFonts w:ascii="Courier New" w:hAnsi="Courier New" w:cs="Courier New"/>
        </w:rPr>
        <w:t xml:space="preserve">Guest Speaker: Matt Jenkins, </w:t>
      </w:r>
      <w:r w:rsidR="00E8420F" w:rsidRPr="00BD0392">
        <w:rPr>
          <w:rFonts w:ascii="Courier New" w:hAnsi="Courier New" w:cs="Courier New"/>
        </w:rPr>
        <w:t>Veterans Village/</w:t>
      </w:r>
      <w:r w:rsidRPr="00BD0392">
        <w:rPr>
          <w:rFonts w:ascii="Courier New" w:hAnsi="Courier New" w:cs="Courier New"/>
        </w:rPr>
        <w:t>Tunnel to Towers Foundation</w:t>
      </w:r>
    </w:p>
    <w:p w14:paraId="02EDD707" w14:textId="79C6972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Tunnel to Towers Foundation provides supportive services</w:t>
      </w:r>
      <w:r w:rsidR="00C64CA0">
        <w:rPr>
          <w:rFonts w:ascii="Courier New" w:hAnsi="Courier New" w:cs="Courier New"/>
          <w:sz w:val="22"/>
        </w:rPr>
        <w:t xml:space="preserve">/housing </w:t>
      </w:r>
      <w:r w:rsidRPr="00BD0392">
        <w:rPr>
          <w:rFonts w:ascii="Courier New" w:hAnsi="Courier New" w:cs="Courier New"/>
          <w:sz w:val="22"/>
        </w:rPr>
        <w:t>for first responders and veterans.</w:t>
      </w:r>
    </w:p>
    <w:p w14:paraId="795EE67B"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Veterans Village is located at 2450 Prospect Drive.</w:t>
      </w:r>
    </w:p>
    <w:p w14:paraId="48BCECB4"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Housing is open to men and women and is designed as long-term housing.</w:t>
      </w:r>
    </w:p>
    <w:p w14:paraId="12D19514"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Pets are welcome, including service and therapy animals.</w:t>
      </w:r>
    </w:p>
    <w:p w14:paraId="0D50D205"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Social services include case management, entitlement-program support, and access to national case managers.</w:t>
      </w:r>
    </w:p>
    <w:p w14:paraId="7095D4AB"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Units are fully furnished.</w:t>
      </w:r>
    </w:p>
    <w:p w14:paraId="3F0C8F92"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The site includes 90 beds, single-residence options, and efficiency apartments.</w:t>
      </w:r>
    </w:p>
    <w:p w14:paraId="5FEC99CC"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Apartments are approximately 1,050 square feet.</w:t>
      </w:r>
    </w:p>
    <w:p w14:paraId="12D50513" w14:textId="14197535"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Rent</w:t>
      </w:r>
      <w:r w:rsidR="006319ED" w:rsidRPr="00BD0392">
        <w:rPr>
          <w:rFonts w:ascii="Courier New" w:hAnsi="Courier New" w:cs="Courier New"/>
          <w:sz w:val="22"/>
        </w:rPr>
        <w:t>:</w:t>
      </w:r>
      <w:r w:rsidRPr="00BD0392">
        <w:rPr>
          <w:rFonts w:ascii="Courier New" w:hAnsi="Courier New" w:cs="Courier New"/>
          <w:sz w:val="22"/>
        </w:rPr>
        <w:t xml:space="preserve"> $1,000 for smaller apartments and $1,050 for slightly larger apartments.</w:t>
      </w:r>
    </w:p>
    <w:p w14:paraId="113054D7" w14:textId="38530963"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Minimum income requirement</w:t>
      </w:r>
      <w:r w:rsidR="000629F5" w:rsidRPr="00BD0392">
        <w:rPr>
          <w:rFonts w:ascii="Courier New" w:hAnsi="Courier New" w:cs="Courier New"/>
          <w:sz w:val="22"/>
        </w:rPr>
        <w:t>:</w:t>
      </w:r>
      <w:r w:rsidRPr="00BD0392">
        <w:rPr>
          <w:rFonts w:ascii="Courier New" w:hAnsi="Courier New" w:cs="Courier New"/>
          <w:sz w:val="22"/>
        </w:rPr>
        <w:t xml:space="preserve"> $2,200 per month.</w:t>
      </w:r>
    </w:p>
    <w:p w14:paraId="063372A8"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Eight veterans had applied as of the meeting date.</w:t>
      </w:r>
    </w:p>
    <w:p w14:paraId="7EC2537F"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Staffing is planned for three shifts, 24/7.</w:t>
      </w:r>
    </w:p>
    <w:p w14:paraId="000A1F62"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Accessible / high-need units are available.</w:t>
      </w:r>
    </w:p>
    <w:p w14:paraId="1F62A9FA"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Background checks are completed as part of the process.</w:t>
      </w:r>
    </w:p>
    <w:p w14:paraId="271F9837" w14:textId="2252D6A1"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Donations are being accepted.</w:t>
      </w:r>
      <w:r w:rsidR="000629F5" w:rsidRPr="00BD0392">
        <w:rPr>
          <w:rFonts w:ascii="Courier New" w:hAnsi="Courier New" w:cs="Courier New"/>
          <w:sz w:val="22"/>
        </w:rPr>
        <w:t>(Flyer attached)</w:t>
      </w:r>
    </w:p>
    <w:p w14:paraId="04E18D00" w14:textId="47306824" w:rsidR="00CB68E3" w:rsidRPr="00BD0392" w:rsidRDefault="00A07016" w:rsidP="000629F5">
      <w:pPr>
        <w:pStyle w:val="ListBullet"/>
        <w:spacing w:after="40"/>
        <w:rPr>
          <w:rFonts w:ascii="Courier New" w:hAnsi="Courier New" w:cs="Courier New"/>
          <w:sz w:val="22"/>
        </w:rPr>
      </w:pPr>
      <w:r w:rsidRPr="00BD0392">
        <w:rPr>
          <w:rFonts w:ascii="Courier New" w:hAnsi="Courier New" w:cs="Courier New"/>
          <w:sz w:val="22"/>
        </w:rPr>
        <w:t>Veterans Village has inquiry forms available.</w:t>
      </w:r>
    </w:p>
    <w:p w14:paraId="5BEAF851" w14:textId="7317DEFD"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G</w:t>
      </w:r>
      <w:r w:rsidRPr="00BD0392">
        <w:rPr>
          <w:rFonts w:ascii="Courier New" w:hAnsi="Courier New" w:cs="Courier New"/>
          <w:sz w:val="22"/>
        </w:rPr>
        <w:t>rand opening is scheduled for July 24, 2026</w:t>
      </w:r>
      <w:r w:rsidR="000629F5" w:rsidRPr="00BD0392">
        <w:rPr>
          <w:rFonts w:ascii="Courier New" w:hAnsi="Courier New" w:cs="Courier New"/>
          <w:sz w:val="22"/>
        </w:rPr>
        <w:t>, 11-1</w:t>
      </w:r>
      <w:r w:rsidRPr="00BD0392">
        <w:rPr>
          <w:rFonts w:ascii="Courier New" w:hAnsi="Courier New" w:cs="Courier New"/>
          <w:sz w:val="22"/>
        </w:rPr>
        <w:t xml:space="preserve">. Contact listed: GrandOpening@T2T.org. </w:t>
      </w:r>
    </w:p>
    <w:p w14:paraId="5B657331" w14:textId="77777777" w:rsidR="00382A9B" w:rsidRPr="00147525" w:rsidRDefault="00382A9B" w:rsidP="00382A9B">
      <w:pPr>
        <w:pStyle w:val="ListBullet"/>
        <w:numPr>
          <w:ilvl w:val="0"/>
          <w:numId w:val="0"/>
        </w:numPr>
        <w:spacing w:after="40"/>
        <w:ind w:left="360" w:hanging="360"/>
      </w:pPr>
    </w:p>
    <w:p w14:paraId="66C837D1" w14:textId="77777777" w:rsidR="00382A9B" w:rsidRPr="00147525" w:rsidRDefault="00382A9B" w:rsidP="00382A9B">
      <w:pPr>
        <w:pStyle w:val="ListBullet"/>
        <w:numPr>
          <w:ilvl w:val="0"/>
          <w:numId w:val="0"/>
        </w:numPr>
        <w:spacing w:after="40"/>
        <w:ind w:left="360" w:hanging="360"/>
      </w:pPr>
    </w:p>
    <w:p w14:paraId="200C9E17" w14:textId="77777777" w:rsidR="00382A9B" w:rsidRPr="00147525" w:rsidRDefault="00382A9B" w:rsidP="00382A9B">
      <w:pPr>
        <w:pStyle w:val="Heading2"/>
        <w:spacing w:after="80"/>
        <w:rPr>
          <w:color w:val="auto"/>
          <w:sz w:val="28"/>
          <w:szCs w:val="28"/>
        </w:rPr>
      </w:pPr>
      <w:r w:rsidRPr="00147525">
        <w:rPr>
          <w:color w:val="auto"/>
          <w:sz w:val="28"/>
          <w:szCs w:val="28"/>
        </w:rPr>
        <w:t>Housing Roundtable Alliance</w:t>
      </w:r>
    </w:p>
    <w:p w14:paraId="1F198EE8" w14:textId="77777777" w:rsidR="00382A9B" w:rsidRPr="00BD0392" w:rsidRDefault="00382A9B" w:rsidP="00382A9B">
      <w:pPr>
        <w:pStyle w:val="ListBullet"/>
        <w:spacing w:after="40"/>
        <w:rPr>
          <w:rFonts w:ascii="Courier New" w:hAnsi="Courier New" w:cs="Courier New"/>
          <w:sz w:val="22"/>
        </w:rPr>
      </w:pPr>
      <w:r w:rsidRPr="00BD0392">
        <w:rPr>
          <w:rFonts w:ascii="Courier New" w:hAnsi="Courier New" w:cs="Courier New"/>
          <w:sz w:val="22"/>
        </w:rPr>
        <w:t xml:space="preserve">Suzanne shared that the Roundtable Alliance now has a website. However, she did have to adapt the name for domain reasons so it’s now called, </w:t>
      </w:r>
      <w:r w:rsidRPr="00BD0392">
        <w:rPr>
          <w:rFonts w:ascii="Courier New" w:hAnsi="Courier New" w:cs="Courier New"/>
          <w:b/>
          <w:bCs/>
          <w:sz w:val="22"/>
        </w:rPr>
        <w:t>Housing Roundtable Alliance</w:t>
      </w:r>
    </w:p>
    <w:p w14:paraId="328C16C0" w14:textId="77777777" w:rsidR="00382A9B" w:rsidRPr="00BD0392" w:rsidRDefault="00382A9B" w:rsidP="00382A9B">
      <w:pPr>
        <w:pStyle w:val="ListBullet"/>
        <w:spacing w:after="40"/>
        <w:rPr>
          <w:rFonts w:ascii="Courier New" w:hAnsi="Courier New" w:cs="Courier New"/>
          <w:sz w:val="22"/>
        </w:rPr>
      </w:pPr>
      <w:r w:rsidRPr="00BD0392">
        <w:rPr>
          <w:rFonts w:ascii="Courier New" w:hAnsi="Courier New" w:cs="Courier New"/>
          <w:sz w:val="22"/>
        </w:rPr>
        <w:t xml:space="preserve">Website: </w:t>
      </w:r>
      <w:r w:rsidRPr="00BD0392">
        <w:rPr>
          <w:rFonts w:ascii="Courier New" w:hAnsi="Courier New" w:cs="Courier New"/>
          <w:color w:val="0066CC"/>
          <w:sz w:val="22"/>
          <w:u w:val="single"/>
        </w:rPr>
        <w:t>www.housingroundtablealliance.org</w:t>
      </w:r>
    </w:p>
    <w:p w14:paraId="43518DA1" w14:textId="77777777" w:rsidR="00382A9B" w:rsidRPr="00BD0392" w:rsidRDefault="00382A9B" w:rsidP="00382A9B">
      <w:pPr>
        <w:pStyle w:val="ListBullet"/>
        <w:spacing w:after="40"/>
        <w:rPr>
          <w:rFonts w:ascii="Courier New" w:hAnsi="Courier New" w:cs="Courier New"/>
          <w:sz w:val="22"/>
        </w:rPr>
      </w:pPr>
      <w:r w:rsidRPr="00BD0392">
        <w:rPr>
          <w:rFonts w:ascii="Courier New" w:hAnsi="Courier New" w:cs="Courier New"/>
          <w:sz w:val="22"/>
        </w:rPr>
        <w:t>Members were encouraged to check out the new website.</w:t>
      </w:r>
    </w:p>
    <w:p w14:paraId="2AB33713" w14:textId="77777777" w:rsidR="00382A9B" w:rsidRPr="00BD0392" w:rsidRDefault="00382A9B" w:rsidP="00382A9B">
      <w:pPr>
        <w:pStyle w:val="ListBullet"/>
        <w:spacing w:after="40"/>
        <w:rPr>
          <w:rFonts w:ascii="Courier New" w:hAnsi="Courier New" w:cs="Courier New"/>
          <w:sz w:val="22"/>
        </w:rPr>
      </w:pPr>
      <w:r w:rsidRPr="00BD0392">
        <w:rPr>
          <w:rFonts w:ascii="Courier New" w:hAnsi="Courier New" w:cs="Courier New"/>
          <w:sz w:val="22"/>
        </w:rPr>
        <w:t>Roundtable partners should send logos to Suzanne if you want your organization listed as a community partner.</w:t>
      </w:r>
    </w:p>
    <w:p w14:paraId="18235F52" w14:textId="77777777" w:rsidR="00382A9B" w:rsidRDefault="00382A9B" w:rsidP="00382A9B">
      <w:pPr>
        <w:pStyle w:val="ListBullet"/>
        <w:numPr>
          <w:ilvl w:val="0"/>
          <w:numId w:val="0"/>
        </w:numPr>
        <w:spacing w:after="40"/>
        <w:ind w:left="360" w:hanging="360"/>
      </w:pPr>
    </w:p>
    <w:p w14:paraId="26162EE3" w14:textId="77777777" w:rsidR="00BD0392" w:rsidRDefault="00BD0392" w:rsidP="00382A9B">
      <w:pPr>
        <w:pStyle w:val="ListBullet"/>
        <w:numPr>
          <w:ilvl w:val="0"/>
          <w:numId w:val="0"/>
        </w:numPr>
        <w:spacing w:after="40"/>
        <w:ind w:left="360" w:hanging="360"/>
      </w:pPr>
    </w:p>
    <w:p w14:paraId="0659E9B5" w14:textId="77777777" w:rsidR="00BD0392" w:rsidRDefault="00BD0392" w:rsidP="00382A9B">
      <w:pPr>
        <w:pStyle w:val="ListBullet"/>
        <w:numPr>
          <w:ilvl w:val="0"/>
          <w:numId w:val="0"/>
        </w:numPr>
        <w:spacing w:after="40"/>
        <w:ind w:left="360" w:hanging="360"/>
      </w:pPr>
    </w:p>
    <w:p w14:paraId="1465992A" w14:textId="77777777" w:rsidR="00BD0392" w:rsidRDefault="00BD0392" w:rsidP="00382A9B">
      <w:pPr>
        <w:pStyle w:val="ListBullet"/>
        <w:numPr>
          <w:ilvl w:val="0"/>
          <w:numId w:val="0"/>
        </w:numPr>
        <w:spacing w:after="40"/>
        <w:ind w:left="360" w:hanging="360"/>
      </w:pPr>
    </w:p>
    <w:p w14:paraId="44BE5F27" w14:textId="77777777" w:rsidR="00A5152F" w:rsidRDefault="00A5152F" w:rsidP="00382A9B">
      <w:pPr>
        <w:pStyle w:val="ListBullet"/>
        <w:numPr>
          <w:ilvl w:val="0"/>
          <w:numId w:val="0"/>
        </w:numPr>
        <w:spacing w:after="40"/>
        <w:ind w:left="360" w:hanging="360"/>
      </w:pPr>
    </w:p>
    <w:p w14:paraId="1F8E8C00" w14:textId="4835557D" w:rsidR="00A5152F" w:rsidRDefault="00A5152F" w:rsidP="00382A9B">
      <w:pPr>
        <w:pStyle w:val="ListBullet"/>
        <w:numPr>
          <w:ilvl w:val="0"/>
          <w:numId w:val="0"/>
        </w:numPr>
        <w:spacing w:after="40"/>
        <w:ind w:left="360" w:hanging="360"/>
        <w:rPr>
          <w:rFonts w:asciiTheme="majorHAnsi" w:hAnsiTheme="majorHAnsi" w:cstheme="majorHAnsi"/>
          <w:b/>
          <w:bCs/>
          <w:color w:val="1F497D" w:themeColor="text2"/>
          <w:sz w:val="28"/>
          <w:szCs w:val="28"/>
        </w:rPr>
      </w:pPr>
      <w:r w:rsidRPr="00A5152F">
        <w:rPr>
          <w:rFonts w:asciiTheme="majorHAnsi" w:hAnsiTheme="majorHAnsi" w:cstheme="majorHAnsi"/>
          <w:b/>
          <w:bCs/>
          <w:color w:val="1F497D" w:themeColor="text2"/>
          <w:sz w:val="28"/>
          <w:szCs w:val="28"/>
        </w:rPr>
        <w:t>Gateway to Housing Update</w:t>
      </w:r>
    </w:p>
    <w:p w14:paraId="244DEFE7" w14:textId="77777777" w:rsidR="00A5152F" w:rsidRDefault="00A5152F" w:rsidP="00147525">
      <w:pPr>
        <w:pStyle w:val="ListBullet"/>
        <w:numPr>
          <w:ilvl w:val="0"/>
          <w:numId w:val="0"/>
        </w:numPr>
        <w:spacing w:after="40"/>
        <w:ind w:left="360" w:hanging="360"/>
        <w:rPr>
          <w:rFonts w:asciiTheme="majorHAnsi" w:hAnsiTheme="majorHAnsi" w:cstheme="majorHAnsi"/>
          <w:b/>
          <w:bCs/>
          <w:color w:val="1F497D" w:themeColor="text2"/>
          <w:sz w:val="28"/>
          <w:szCs w:val="28"/>
        </w:rPr>
      </w:pPr>
    </w:p>
    <w:p w14:paraId="0DA24C5B" w14:textId="6E11F5E4" w:rsidR="00147525" w:rsidRPr="00A5152F" w:rsidRDefault="004853C6" w:rsidP="00147525">
      <w:pPr>
        <w:pStyle w:val="ListBullet"/>
        <w:numPr>
          <w:ilvl w:val="0"/>
          <w:numId w:val="12"/>
        </w:numPr>
        <w:spacing w:after="40"/>
        <w:rPr>
          <w:rFonts w:asciiTheme="majorHAnsi" w:hAnsiTheme="majorHAnsi" w:cstheme="majorHAnsi"/>
          <w:b/>
          <w:bCs/>
          <w:color w:val="1F497D" w:themeColor="text2"/>
          <w:sz w:val="28"/>
          <w:szCs w:val="28"/>
        </w:rPr>
      </w:pPr>
      <w:r>
        <w:rPr>
          <w:rFonts w:asciiTheme="majorHAnsi" w:hAnsiTheme="majorHAnsi" w:cstheme="majorHAnsi"/>
          <w:sz w:val="22"/>
        </w:rPr>
        <w:t>Suzanne</w:t>
      </w:r>
      <w:r w:rsidR="00054FF8">
        <w:rPr>
          <w:rFonts w:asciiTheme="majorHAnsi" w:hAnsiTheme="majorHAnsi" w:cstheme="majorHAnsi"/>
          <w:sz w:val="22"/>
        </w:rPr>
        <w:t xml:space="preserve"> happily</w:t>
      </w:r>
      <w:r>
        <w:rPr>
          <w:rFonts w:asciiTheme="majorHAnsi" w:hAnsiTheme="majorHAnsi" w:cstheme="majorHAnsi"/>
          <w:sz w:val="22"/>
        </w:rPr>
        <w:t xml:space="preserve"> let the group know that she finally has access to funding for GTH and that she will be able to start placing folks in housing in July. She shared that any organizations that were not members of the GTH Network last summer but would like to join now to let her know as soon as possible.</w:t>
      </w:r>
      <w:r w:rsidR="0012077D">
        <w:rPr>
          <w:rFonts w:asciiTheme="majorHAnsi" w:hAnsiTheme="majorHAnsi" w:cstheme="majorHAnsi"/>
          <w:sz w:val="22"/>
        </w:rPr>
        <w:t xml:space="preserve"> As a reminder, clients cannot self-refer to GTH but must be working with a case manager/victim advocate/outreach worker that belongs to </w:t>
      </w:r>
      <w:r w:rsidR="00054FF8">
        <w:rPr>
          <w:rFonts w:asciiTheme="majorHAnsi" w:hAnsiTheme="majorHAnsi" w:cstheme="majorHAnsi"/>
          <w:sz w:val="22"/>
        </w:rPr>
        <w:t>the GTH Network. If you have questions or want more information, please contact Suzanne directly.</w:t>
      </w:r>
    </w:p>
    <w:p w14:paraId="6045188D" w14:textId="77777777" w:rsidR="00CB68E3" w:rsidRDefault="00A07016">
      <w:pPr>
        <w:pStyle w:val="Heading1"/>
        <w:spacing w:before="200" w:after="80"/>
      </w:pPr>
      <w:r>
        <w:t>Housing Policy and Partner Updates</w:t>
      </w:r>
    </w:p>
    <w:p w14:paraId="04D1C545" w14:textId="4D528CE6" w:rsidR="00CB68E3" w:rsidRPr="00BD0392" w:rsidRDefault="00A07016" w:rsidP="000629F5">
      <w:pPr>
        <w:pStyle w:val="ListBullet"/>
        <w:spacing w:after="40"/>
        <w:rPr>
          <w:rFonts w:ascii="Courier New" w:hAnsi="Courier New" w:cs="Courier New"/>
          <w:sz w:val="22"/>
        </w:rPr>
      </w:pPr>
      <w:r w:rsidRPr="00BD0392">
        <w:rPr>
          <w:rFonts w:ascii="Courier New" w:hAnsi="Courier New" w:cs="Courier New"/>
          <w:sz w:val="22"/>
        </w:rPr>
        <w:t xml:space="preserve">General Assembly listening sessions </w:t>
      </w:r>
      <w:r w:rsidR="000629F5" w:rsidRPr="00BD0392">
        <w:rPr>
          <w:rFonts w:ascii="Courier New" w:hAnsi="Courier New" w:cs="Courier New"/>
          <w:sz w:val="22"/>
        </w:rPr>
        <w:t xml:space="preserve">are being </w:t>
      </w:r>
      <w:r w:rsidRPr="00BD0392">
        <w:rPr>
          <w:rFonts w:ascii="Courier New" w:hAnsi="Courier New" w:cs="Courier New"/>
          <w:sz w:val="22"/>
        </w:rPr>
        <w:t>held throughout the state. The North Charleston session had strong attendance.</w:t>
      </w:r>
    </w:p>
    <w:p w14:paraId="005D5275" w14:textId="30713102" w:rsidR="00CB68E3" w:rsidRPr="00BD0392" w:rsidRDefault="000629F5" w:rsidP="000629F5">
      <w:pPr>
        <w:pStyle w:val="ListBullet"/>
        <w:spacing w:after="40"/>
        <w:rPr>
          <w:rFonts w:ascii="Courier New" w:hAnsi="Courier New" w:cs="Courier New"/>
          <w:sz w:val="22"/>
        </w:rPr>
      </w:pPr>
      <w:r w:rsidRPr="00BD0392">
        <w:rPr>
          <w:rFonts w:ascii="Courier New" w:hAnsi="Courier New" w:cs="Courier New"/>
          <w:sz w:val="22"/>
        </w:rPr>
        <w:t xml:space="preserve">Suzanne shared that the </w:t>
      </w:r>
      <w:r w:rsidR="00A07016" w:rsidRPr="00BD0392">
        <w:rPr>
          <w:rFonts w:ascii="Courier New" w:hAnsi="Courier New" w:cs="Courier New"/>
          <w:sz w:val="22"/>
        </w:rPr>
        <w:t xml:space="preserve">Louisiana </w:t>
      </w:r>
      <w:r w:rsidRPr="00BD0392">
        <w:rPr>
          <w:rFonts w:ascii="Courier New" w:hAnsi="Courier New" w:cs="Courier New"/>
          <w:sz w:val="22"/>
        </w:rPr>
        <w:t>bill she had mentioned in earlier meetings has unfortunately become law.</w:t>
      </w:r>
      <w:r w:rsidR="00A07016" w:rsidRPr="00BD0392">
        <w:rPr>
          <w:rFonts w:ascii="Courier New" w:hAnsi="Courier New" w:cs="Courier New"/>
          <w:sz w:val="22"/>
        </w:rPr>
        <w:t xml:space="preserve"> </w:t>
      </w:r>
      <w:r w:rsidRPr="00BD0392">
        <w:rPr>
          <w:rFonts w:ascii="Courier New" w:hAnsi="Courier New" w:cs="Courier New"/>
          <w:sz w:val="22"/>
        </w:rPr>
        <w:t xml:space="preserve">Sleeping anywhere outside in Louisiana is now illegal and individuals can be jailed and given fines. Additionally, they can be mandated to receive mental health treatment and/or substance abuse treatment and will be charged for this treatment. If they cannot pay the fines, they will be sentenced to unpaid labor to work off what they owe. Suzanne also mentioned that Louisiana has the highest incarceration not only in the country but in the western hemisphere. </w:t>
      </w:r>
    </w:p>
    <w:p w14:paraId="1730FBCB" w14:textId="30394BEA" w:rsidR="00CB68E3" w:rsidRPr="00BD0392" w:rsidRDefault="000629F5">
      <w:pPr>
        <w:pStyle w:val="ListBullet"/>
        <w:spacing w:after="40"/>
        <w:rPr>
          <w:rFonts w:ascii="Courier New" w:hAnsi="Courier New" w:cs="Courier New"/>
          <w:sz w:val="22"/>
        </w:rPr>
      </w:pPr>
      <w:r w:rsidRPr="00BD0392">
        <w:rPr>
          <w:rFonts w:ascii="Courier New" w:hAnsi="Courier New" w:cs="Courier New"/>
          <w:sz w:val="22"/>
        </w:rPr>
        <w:t>Suzanne let everyone know that Captain Josh Davis from Salvation Army asked her to thank everyone who wrote support letters on behalf of the medical respite project. The SA regional leadership is currently reviewing the proposal.</w:t>
      </w:r>
    </w:p>
    <w:p w14:paraId="04995B30" w14:textId="7C924243" w:rsidR="00CB68E3" w:rsidRPr="00BD0392" w:rsidRDefault="00A07016" w:rsidP="000629F5">
      <w:pPr>
        <w:pStyle w:val="ListBullet"/>
        <w:spacing w:after="40"/>
        <w:rPr>
          <w:rFonts w:ascii="Courier New" w:hAnsi="Courier New" w:cs="Courier New"/>
          <w:sz w:val="22"/>
        </w:rPr>
      </w:pPr>
      <w:r w:rsidRPr="00BD0392">
        <w:rPr>
          <w:rFonts w:ascii="Courier New" w:hAnsi="Courier New" w:cs="Courier New"/>
          <w:sz w:val="22"/>
        </w:rPr>
        <w:t xml:space="preserve">Two </w:t>
      </w:r>
      <w:r w:rsidR="000629F5" w:rsidRPr="00BD0392">
        <w:rPr>
          <w:rFonts w:ascii="Courier New" w:hAnsi="Courier New" w:cs="Courier New"/>
          <w:sz w:val="22"/>
        </w:rPr>
        <w:t xml:space="preserve">staff </w:t>
      </w:r>
      <w:r w:rsidRPr="00BD0392">
        <w:rPr>
          <w:rFonts w:ascii="Courier New" w:hAnsi="Courier New" w:cs="Courier New"/>
          <w:sz w:val="22"/>
        </w:rPr>
        <w:t>from Senator Scott’s office attended</w:t>
      </w:r>
      <w:r w:rsidR="000629F5" w:rsidRPr="00BD0392">
        <w:rPr>
          <w:rFonts w:ascii="Courier New" w:hAnsi="Courier New" w:cs="Courier New"/>
          <w:sz w:val="22"/>
        </w:rPr>
        <w:t xml:space="preserve">; they shared that </w:t>
      </w:r>
      <w:r w:rsidRPr="00BD0392">
        <w:rPr>
          <w:rFonts w:ascii="Courier New" w:hAnsi="Courier New" w:cs="Courier New"/>
          <w:sz w:val="22"/>
        </w:rPr>
        <w:t xml:space="preserve">Senator Scott’s office </w:t>
      </w:r>
      <w:r w:rsidR="000629F5" w:rsidRPr="00BD0392">
        <w:rPr>
          <w:rFonts w:ascii="Courier New" w:hAnsi="Courier New" w:cs="Courier New"/>
          <w:sz w:val="22"/>
        </w:rPr>
        <w:t xml:space="preserve">now </w:t>
      </w:r>
      <w:r w:rsidRPr="00BD0392">
        <w:rPr>
          <w:rFonts w:ascii="Courier New" w:hAnsi="Courier New" w:cs="Courier New"/>
          <w:sz w:val="22"/>
        </w:rPr>
        <w:t>has a full</w:t>
      </w:r>
      <w:r w:rsidRPr="00BD0392">
        <w:rPr>
          <w:rFonts w:ascii="Courier New" w:hAnsi="Courier New" w:cs="Courier New"/>
          <w:sz w:val="22"/>
        </w:rPr>
        <w:t>-time veterans coordinator</w:t>
      </w:r>
      <w:r w:rsidR="000629F5" w:rsidRPr="00BD0392">
        <w:rPr>
          <w:rFonts w:ascii="Courier New" w:hAnsi="Courier New" w:cs="Courier New"/>
          <w:sz w:val="22"/>
        </w:rPr>
        <w:t>. She couldn’t attend this Roundtable but will attend future meetings.</w:t>
      </w:r>
    </w:p>
    <w:p w14:paraId="0A4C0526" w14:textId="0791A983"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The office would like to cultivate congressional contacts with community partners</w:t>
      </w:r>
      <w:r w:rsidR="00EB2673" w:rsidRPr="00BD0392">
        <w:rPr>
          <w:rFonts w:ascii="Courier New" w:hAnsi="Courier New" w:cs="Courier New"/>
          <w:sz w:val="22"/>
        </w:rPr>
        <w:t xml:space="preserve"> and encouraged anyone with any federal issues to contact them so they can assist.</w:t>
      </w:r>
    </w:p>
    <w:p w14:paraId="216E4BF0" w14:textId="2B2BC797" w:rsidR="00CB68E3" w:rsidRDefault="00CB68E3" w:rsidP="000629F5">
      <w:pPr>
        <w:pStyle w:val="ListBullet"/>
        <w:numPr>
          <w:ilvl w:val="0"/>
          <w:numId w:val="0"/>
        </w:numPr>
        <w:spacing w:after="40"/>
        <w:ind w:left="360"/>
      </w:pPr>
    </w:p>
    <w:p w14:paraId="1F63F475" w14:textId="77777777" w:rsidR="00CB68E3" w:rsidRDefault="00A07016">
      <w:pPr>
        <w:pStyle w:val="Heading1"/>
        <w:spacing w:before="200" w:after="80"/>
      </w:pPr>
      <w:r>
        <w:t>Community Announcements and Resource Updates</w:t>
      </w:r>
    </w:p>
    <w:p w14:paraId="58A5DDCE" w14:textId="77777777" w:rsidR="00CB68E3" w:rsidRPr="007A47E3" w:rsidRDefault="00A07016">
      <w:pPr>
        <w:pStyle w:val="Heading2"/>
        <w:spacing w:after="80"/>
        <w:rPr>
          <w:rFonts w:ascii="Courier New" w:hAnsi="Courier New" w:cs="Courier New"/>
          <w:color w:val="1F497D" w:themeColor="text2"/>
        </w:rPr>
      </w:pPr>
      <w:r w:rsidRPr="007A47E3">
        <w:rPr>
          <w:rFonts w:ascii="Courier New" w:hAnsi="Courier New" w:cs="Courier New"/>
          <w:color w:val="1F497D" w:themeColor="text2"/>
        </w:rPr>
        <w:t>Trident Technical College - Palmer Campus</w:t>
      </w:r>
    </w:p>
    <w:p w14:paraId="6E3B159A" w14:textId="7673F127" w:rsidR="00CB68E3" w:rsidRPr="00E85508" w:rsidRDefault="00C62D8B">
      <w:pPr>
        <w:pStyle w:val="ListBullet"/>
        <w:spacing w:after="40"/>
        <w:rPr>
          <w:rFonts w:ascii="Courier New" w:hAnsi="Courier New" w:cs="Courier New"/>
          <w:sz w:val="22"/>
        </w:rPr>
      </w:pPr>
      <w:r w:rsidRPr="00E85508">
        <w:rPr>
          <w:rFonts w:ascii="Courier New" w:hAnsi="Courier New" w:cs="Courier New"/>
          <w:sz w:val="22"/>
        </w:rPr>
        <w:t>Zachary Williams informed everyone about</w:t>
      </w:r>
      <w:r w:rsidR="00E85508" w:rsidRPr="00E85508">
        <w:rPr>
          <w:rFonts w:ascii="Courier New" w:hAnsi="Courier New" w:cs="Courier New"/>
          <w:sz w:val="22"/>
        </w:rPr>
        <w:t xml:space="preserve"> the merits of the Clemente program</w:t>
      </w:r>
      <w:r w:rsidR="00BF0637">
        <w:rPr>
          <w:rFonts w:ascii="Courier New" w:hAnsi="Courier New" w:cs="Courier New"/>
          <w:sz w:val="22"/>
        </w:rPr>
        <w:t xml:space="preserve"> which is a free course.</w:t>
      </w:r>
    </w:p>
    <w:p w14:paraId="6BB8B91E" w14:textId="41EDB13B"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 xml:space="preserve">GED </w:t>
      </w:r>
      <w:r w:rsidRPr="00BD0392">
        <w:rPr>
          <w:rFonts w:ascii="Courier New" w:hAnsi="Courier New" w:cs="Courier New"/>
          <w:sz w:val="22"/>
        </w:rPr>
        <w:t xml:space="preserve">classes </w:t>
      </w:r>
      <w:r w:rsidR="00BD0392">
        <w:rPr>
          <w:rFonts w:ascii="Courier New" w:hAnsi="Courier New" w:cs="Courier New"/>
          <w:sz w:val="22"/>
        </w:rPr>
        <w:t>are available.</w:t>
      </w:r>
    </w:p>
    <w:p w14:paraId="28A29DA0" w14:textId="4B7C28C3" w:rsidR="00CB68E3" w:rsidRPr="00BD0392" w:rsidRDefault="00C62D8B">
      <w:pPr>
        <w:pStyle w:val="ListBullet"/>
        <w:spacing w:after="40"/>
        <w:rPr>
          <w:rFonts w:ascii="Courier New" w:hAnsi="Courier New" w:cs="Courier New"/>
          <w:sz w:val="22"/>
        </w:rPr>
      </w:pPr>
      <w:r>
        <w:rPr>
          <w:rFonts w:ascii="Courier New" w:hAnsi="Courier New" w:cs="Courier New"/>
          <w:sz w:val="22"/>
        </w:rPr>
        <w:t>Dr. Hudock shared that they</w:t>
      </w:r>
      <w:r w:rsidR="00054FF8">
        <w:rPr>
          <w:rFonts w:ascii="Courier New" w:hAnsi="Courier New" w:cs="Courier New"/>
          <w:sz w:val="22"/>
        </w:rPr>
        <w:t xml:space="preserve"> offer robust student services that</w:t>
      </w:r>
      <w:r w:rsidR="00A07016" w:rsidRPr="00BD0392">
        <w:rPr>
          <w:rFonts w:ascii="Courier New" w:hAnsi="Courier New" w:cs="Courier New"/>
          <w:sz w:val="22"/>
        </w:rPr>
        <w:t xml:space="preserve"> include table events, collaboration, free bus passes, food resources, and course completion support with </w:t>
      </w:r>
      <w:r w:rsidR="00A07016" w:rsidRPr="00BD0392">
        <w:rPr>
          <w:rFonts w:ascii="Courier New" w:hAnsi="Courier New" w:cs="Courier New"/>
          <w:sz w:val="22"/>
        </w:rPr>
        <w:t>laptop access</w:t>
      </w:r>
      <w:r w:rsidR="007A47E3">
        <w:rPr>
          <w:rFonts w:ascii="Courier New" w:hAnsi="Courier New" w:cs="Courier New"/>
          <w:sz w:val="22"/>
        </w:rPr>
        <w:t xml:space="preserve"> and once course is completed student can keep the laptop.</w:t>
      </w:r>
    </w:p>
    <w:p w14:paraId="0185C1FE" w14:textId="77777777" w:rsidR="00CB68E3" w:rsidRPr="007A47E3" w:rsidRDefault="00A07016">
      <w:pPr>
        <w:pStyle w:val="Heading2"/>
        <w:spacing w:after="80"/>
        <w:rPr>
          <w:rFonts w:ascii="Courier New" w:hAnsi="Courier New" w:cs="Courier New"/>
          <w:color w:val="1F497D" w:themeColor="text2"/>
          <w:szCs w:val="24"/>
        </w:rPr>
      </w:pPr>
      <w:r w:rsidRPr="007A47E3">
        <w:rPr>
          <w:rFonts w:ascii="Courier New" w:hAnsi="Courier New" w:cs="Courier New"/>
          <w:color w:val="1F497D" w:themeColor="text2"/>
          <w:szCs w:val="24"/>
        </w:rPr>
        <w:lastRenderedPageBreak/>
        <w:t>Cheryl’s Way</w:t>
      </w:r>
    </w:p>
    <w:p w14:paraId="036FEFF7"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New nonprofit introduced.</w:t>
      </w:r>
    </w:p>
    <w:p w14:paraId="78557D2B"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Focus areas noted: helping South Carolina residents pay electric and water bills and helping prevent eviction involvement.</w:t>
      </w:r>
    </w:p>
    <w:p w14:paraId="2F1F12A1" w14:textId="77777777" w:rsidR="00CB68E3" w:rsidRPr="00BD0392" w:rsidRDefault="00A07016">
      <w:pPr>
        <w:pStyle w:val="Heading2"/>
        <w:spacing w:after="80"/>
        <w:rPr>
          <w:rFonts w:ascii="Courier New" w:hAnsi="Courier New" w:cs="Courier New"/>
          <w:color w:val="1F497D" w:themeColor="text2"/>
        </w:rPr>
      </w:pPr>
      <w:r w:rsidRPr="00BD0392">
        <w:rPr>
          <w:rFonts w:ascii="Courier New" w:hAnsi="Courier New" w:cs="Courier New"/>
          <w:color w:val="1F497D" w:themeColor="text2"/>
        </w:rPr>
        <w:t>VA Ralph H. Johnson</w:t>
      </w:r>
    </w:p>
    <w:p w14:paraId="561A8813"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Stand Down event for people experiencing homelessness is scheduled for October 8, 2026 at the convention center.</w:t>
      </w:r>
    </w:p>
    <w:p w14:paraId="52E315B8" w14:textId="7F4DA982"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Contact list</w:t>
      </w:r>
      <w:r w:rsidR="00EB2673" w:rsidRPr="00BD0392">
        <w:rPr>
          <w:rFonts w:ascii="Courier New" w:hAnsi="Courier New" w:cs="Courier New"/>
          <w:sz w:val="22"/>
        </w:rPr>
        <w:t xml:space="preserve">: </w:t>
      </w:r>
      <w:r w:rsidRPr="00BD0392">
        <w:rPr>
          <w:rFonts w:ascii="Courier New" w:hAnsi="Courier New" w:cs="Courier New"/>
          <w:sz w:val="22"/>
        </w:rPr>
        <w:t xml:space="preserve">adrien.brown.va.gov </w:t>
      </w:r>
    </w:p>
    <w:p w14:paraId="6CC5255C" w14:textId="7A9B4326"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 xml:space="preserve">NAMI Charleston </w:t>
      </w:r>
      <w:r w:rsidR="00EB2673" w:rsidRPr="00BD0392">
        <w:rPr>
          <w:rFonts w:ascii="Courier New" w:hAnsi="Courier New" w:cs="Courier New"/>
          <w:sz w:val="22"/>
        </w:rPr>
        <w:t>announced they are now going to be on-site at College of Charleston and are also planning to also collaborate with Trident Tech to also operate on their campuses.</w:t>
      </w:r>
    </w:p>
    <w:p w14:paraId="62371B61" w14:textId="5ED2DD87" w:rsidR="00CB68E3" w:rsidRPr="00BD0392" w:rsidRDefault="00BD0392">
      <w:pPr>
        <w:pStyle w:val="Heading2"/>
        <w:spacing w:after="80"/>
        <w:rPr>
          <w:rFonts w:ascii="Courier New" w:hAnsi="Courier New" w:cs="Courier New"/>
          <w:color w:val="1F497D" w:themeColor="text2"/>
          <w:szCs w:val="24"/>
        </w:rPr>
      </w:pPr>
      <w:r>
        <w:rPr>
          <w:rFonts w:ascii="Courier New" w:hAnsi="Courier New" w:cs="Courier New"/>
          <w:color w:val="1F497D" w:themeColor="text2"/>
          <w:szCs w:val="24"/>
        </w:rPr>
        <w:t>Hub@</w:t>
      </w:r>
      <w:r w:rsidR="00A07016" w:rsidRPr="00BD0392">
        <w:rPr>
          <w:rFonts w:ascii="Courier New" w:hAnsi="Courier New" w:cs="Courier New"/>
          <w:color w:val="1F497D" w:themeColor="text2"/>
          <w:szCs w:val="24"/>
        </w:rPr>
        <w:t xml:space="preserve">Centerpointe </w:t>
      </w:r>
    </w:p>
    <w:p w14:paraId="772233DF"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Contact: Hub@centerpointe.org.</w:t>
      </w:r>
    </w:p>
    <w:p w14:paraId="762CF7D5"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Location noted: 1520 Remount Road.</w:t>
      </w:r>
    </w:p>
    <w:p w14:paraId="362C901B" w14:textId="2135D771"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Ken Battle / Envisio</w:t>
      </w:r>
      <w:r w:rsidR="00EB2673" w:rsidRPr="00BD0392">
        <w:rPr>
          <w:rFonts w:ascii="Courier New" w:hAnsi="Courier New" w:cs="Courier New"/>
          <w:sz w:val="22"/>
        </w:rPr>
        <w:t>n invited anyone who wanted a tour at Cent</w:t>
      </w:r>
      <w:r w:rsidR="00E26A20" w:rsidRPr="00BD0392">
        <w:rPr>
          <w:rFonts w:ascii="Courier New" w:hAnsi="Courier New" w:cs="Courier New"/>
          <w:sz w:val="22"/>
        </w:rPr>
        <w:t>erpointe to contact him.</w:t>
      </w:r>
    </w:p>
    <w:p w14:paraId="66A11AAC" w14:textId="77777777" w:rsidR="00CB68E3" w:rsidRPr="00BD0392" w:rsidRDefault="00A07016">
      <w:pPr>
        <w:pStyle w:val="Heading2"/>
        <w:spacing w:after="80"/>
        <w:rPr>
          <w:rFonts w:ascii="Courier New" w:hAnsi="Courier New" w:cs="Courier New"/>
          <w:color w:val="1F497D" w:themeColor="text2"/>
          <w:szCs w:val="24"/>
        </w:rPr>
      </w:pPr>
      <w:r w:rsidRPr="00BD0392">
        <w:rPr>
          <w:rFonts w:ascii="Courier New" w:hAnsi="Courier New" w:cs="Courier New"/>
          <w:color w:val="1F497D" w:themeColor="text2"/>
          <w:szCs w:val="24"/>
        </w:rPr>
        <w:t>Benefits on Your Block</w:t>
      </w:r>
    </w:p>
    <w:p w14:paraId="4D892189" w14:textId="2EA36057" w:rsidR="00CB68E3" w:rsidRPr="00BD0392" w:rsidRDefault="00E26A20">
      <w:pPr>
        <w:pStyle w:val="ListBullet"/>
        <w:spacing w:after="40"/>
        <w:rPr>
          <w:rFonts w:ascii="Courier New" w:hAnsi="Courier New" w:cs="Courier New"/>
          <w:sz w:val="22"/>
        </w:rPr>
      </w:pPr>
      <w:r w:rsidRPr="00BD0392">
        <w:rPr>
          <w:rFonts w:ascii="Courier New" w:hAnsi="Courier New" w:cs="Courier New"/>
          <w:sz w:val="22"/>
        </w:rPr>
        <w:t>Shelby made everyone aware of City of North Charleston’s new program:</w:t>
      </w:r>
      <w:r w:rsidR="00A07016" w:rsidRPr="00BD0392">
        <w:rPr>
          <w:rFonts w:ascii="Courier New" w:hAnsi="Courier New" w:cs="Courier New"/>
          <w:sz w:val="22"/>
        </w:rPr>
        <w:t xml:space="preserve"> Benefits on Your Block - Summer 2026.</w:t>
      </w:r>
    </w:p>
    <w:p w14:paraId="20D85193"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Contact Shelby regarding calls for service.</w:t>
      </w:r>
    </w:p>
    <w:p w14:paraId="25BE2ED9"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Focus areas: resources, humanitarian response, and immediate help in the community when needs arise.</w:t>
      </w:r>
    </w:p>
    <w:p w14:paraId="0C180863" w14:textId="77777777" w:rsidR="00CB68E3" w:rsidRPr="00BD0392" w:rsidRDefault="00A07016">
      <w:pPr>
        <w:pStyle w:val="Heading2"/>
        <w:spacing w:after="80"/>
        <w:rPr>
          <w:rFonts w:ascii="Courier New" w:hAnsi="Courier New" w:cs="Courier New"/>
          <w:color w:val="1F497D" w:themeColor="text2"/>
          <w:szCs w:val="24"/>
        </w:rPr>
      </w:pPr>
      <w:r w:rsidRPr="00BD0392">
        <w:rPr>
          <w:rFonts w:ascii="Courier New" w:hAnsi="Courier New" w:cs="Courier New"/>
          <w:color w:val="1F497D" w:themeColor="text2"/>
          <w:szCs w:val="24"/>
        </w:rPr>
        <w:t>NAMI - Festival of Hope</w:t>
      </w:r>
    </w:p>
    <w:p w14:paraId="1106715E"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Scheduled for July 25, 2026, 10:00 a.m. to 2:00 p.m., at Rollins Edwards Community Center.</w:t>
      </w:r>
    </w:p>
    <w:p w14:paraId="3F37EDDA"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Family-friendly festival with 40+ vendors and food trucks.</w:t>
      </w:r>
    </w:p>
    <w:p w14:paraId="5FACA1B4" w14:textId="77777777" w:rsidR="00CB68E3" w:rsidRPr="00BD0392" w:rsidRDefault="00A07016">
      <w:pPr>
        <w:pStyle w:val="ListBullet"/>
        <w:spacing w:after="40"/>
        <w:rPr>
          <w:rFonts w:ascii="Courier New" w:hAnsi="Courier New" w:cs="Courier New"/>
          <w:sz w:val="22"/>
        </w:rPr>
      </w:pPr>
      <w:r w:rsidRPr="00BD0392">
        <w:rPr>
          <w:rFonts w:ascii="Courier New" w:hAnsi="Courier New" w:cs="Courier New"/>
          <w:sz w:val="22"/>
        </w:rPr>
        <w:t>Purpose: raise awareness about mental health and substance use disorders.</w:t>
      </w:r>
    </w:p>
    <w:p w14:paraId="7CC46A9A" w14:textId="10A77245" w:rsidR="00CB68E3" w:rsidRPr="00BD0392" w:rsidRDefault="00CB68E3" w:rsidP="00E26A20">
      <w:pPr>
        <w:pStyle w:val="ListBullet"/>
        <w:numPr>
          <w:ilvl w:val="0"/>
          <w:numId w:val="0"/>
        </w:numPr>
        <w:spacing w:after="40"/>
        <w:ind w:left="360"/>
        <w:rPr>
          <w:rFonts w:ascii="Courier New" w:hAnsi="Courier New" w:cs="Courier New"/>
          <w:sz w:val="22"/>
        </w:rPr>
      </w:pPr>
    </w:p>
    <w:p w14:paraId="163A8B96" w14:textId="77777777" w:rsidR="00CB68E3" w:rsidRPr="00BD0392" w:rsidRDefault="00A07016">
      <w:pPr>
        <w:pStyle w:val="Heading2"/>
        <w:spacing w:after="80"/>
        <w:rPr>
          <w:rFonts w:ascii="Courier New" w:hAnsi="Courier New" w:cs="Courier New"/>
          <w:color w:val="1F497D" w:themeColor="text2"/>
          <w:szCs w:val="24"/>
        </w:rPr>
      </w:pPr>
      <w:r w:rsidRPr="00BD0392">
        <w:rPr>
          <w:rFonts w:ascii="Courier New" w:hAnsi="Courier New" w:cs="Courier New"/>
          <w:color w:val="1F497D" w:themeColor="text2"/>
          <w:szCs w:val="24"/>
        </w:rPr>
        <w:t>Transit-Oriented Development Planning</w:t>
      </w:r>
    </w:p>
    <w:p w14:paraId="5F09B3DC" w14:textId="1C2D4062" w:rsidR="00CB68E3" w:rsidRPr="00BD0392" w:rsidRDefault="00E26A20">
      <w:pPr>
        <w:pStyle w:val="ListBullet"/>
        <w:spacing w:after="40"/>
        <w:rPr>
          <w:rFonts w:ascii="Courier New" w:hAnsi="Courier New" w:cs="Courier New"/>
          <w:sz w:val="22"/>
        </w:rPr>
      </w:pPr>
      <w:r w:rsidRPr="00BD0392">
        <w:rPr>
          <w:rFonts w:ascii="Courier New" w:hAnsi="Courier New" w:cs="Courier New"/>
          <w:sz w:val="22"/>
        </w:rPr>
        <w:t>Suzanne let everyone know there were survey flyers on the table</w:t>
      </w:r>
      <w:r w:rsidR="00382A9B" w:rsidRPr="00BD0392">
        <w:rPr>
          <w:rFonts w:ascii="Courier New" w:hAnsi="Courier New" w:cs="Courier New"/>
          <w:sz w:val="22"/>
        </w:rPr>
        <w:t xml:space="preserve">s for the COG’s current transportation survey that </w:t>
      </w:r>
      <w:r w:rsidR="00A07016" w:rsidRPr="00BD0392">
        <w:rPr>
          <w:rFonts w:ascii="Courier New" w:hAnsi="Courier New" w:cs="Courier New"/>
          <w:sz w:val="22"/>
        </w:rPr>
        <w:t>includes a QR code</w:t>
      </w:r>
      <w:r w:rsidR="00382A9B" w:rsidRPr="00BD0392">
        <w:rPr>
          <w:rFonts w:ascii="Courier New" w:hAnsi="Courier New" w:cs="Courier New"/>
          <w:sz w:val="22"/>
        </w:rPr>
        <w:t xml:space="preserve"> and encouraged everyone to complete the survey.</w:t>
      </w:r>
    </w:p>
    <w:p w14:paraId="1245EBDF" w14:textId="77777777" w:rsidR="00CB68E3" w:rsidRPr="00BD0392" w:rsidRDefault="00A07016">
      <w:pPr>
        <w:pStyle w:val="Heading1"/>
        <w:spacing w:before="200" w:after="80"/>
        <w:rPr>
          <w:rFonts w:ascii="Courier New" w:hAnsi="Courier New" w:cs="Courier New"/>
        </w:rPr>
      </w:pPr>
      <w:r w:rsidRPr="00BD0392">
        <w:rPr>
          <w:rFonts w:ascii="Courier New" w:hAnsi="Courier New" w:cs="Courier New"/>
        </w:rPr>
        <w:t>Closing Theme</w:t>
      </w:r>
    </w:p>
    <w:p w14:paraId="1F768189" w14:textId="77777777" w:rsidR="00CB68E3" w:rsidRPr="00BD0392" w:rsidRDefault="00A07016">
      <w:pPr>
        <w:spacing w:after="120"/>
        <w:rPr>
          <w:rFonts w:ascii="Courier New" w:hAnsi="Courier New" w:cs="Courier New"/>
        </w:rPr>
      </w:pPr>
      <w:r w:rsidRPr="00BD0392">
        <w:rPr>
          <w:rFonts w:ascii="Courier New" w:hAnsi="Courier New" w:cs="Courier New"/>
          <w:b/>
        </w:rPr>
        <w:t xml:space="preserve">Collaboration: </w:t>
      </w:r>
      <w:r w:rsidRPr="00BD0392">
        <w:rPr>
          <w:rFonts w:ascii="Courier New" w:hAnsi="Courier New" w:cs="Courier New"/>
        </w:rPr>
        <w:t>It takes a village. Coming together allows partners to share ideas, strengthen connections, and remember that this work is shared.</w:t>
      </w:r>
    </w:p>
    <w:sectPr w:rsidR="00CB68E3" w:rsidRPr="00BD0392"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AB71" w14:textId="77777777" w:rsidR="00A07016" w:rsidRDefault="00A07016">
      <w:pPr>
        <w:spacing w:after="0" w:line="240" w:lineRule="auto"/>
      </w:pPr>
      <w:r>
        <w:separator/>
      </w:r>
    </w:p>
  </w:endnote>
  <w:endnote w:type="continuationSeparator" w:id="0">
    <w:p w14:paraId="31FB08B9" w14:textId="77777777" w:rsidR="00A07016" w:rsidRDefault="00A07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7BAF" w14:textId="77777777" w:rsidR="00CB68E3" w:rsidRDefault="00A07016">
    <w:pPr>
      <w:pStyle w:val="Footer"/>
      <w:jc w:val="center"/>
    </w:pPr>
    <w:r>
      <w:rPr>
        <w:color w:val="595959"/>
        <w:sz w:val="18"/>
      </w:rPr>
      <w:t>Roundtable Meeting Notes - June 26,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0105" w14:textId="77777777" w:rsidR="00A07016" w:rsidRDefault="00A07016">
      <w:pPr>
        <w:spacing w:after="0" w:line="240" w:lineRule="auto"/>
      </w:pPr>
      <w:r>
        <w:separator/>
      </w:r>
    </w:p>
  </w:footnote>
  <w:footnote w:type="continuationSeparator" w:id="0">
    <w:p w14:paraId="4A1F490C" w14:textId="77777777" w:rsidR="00A07016" w:rsidRDefault="00A070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85C270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2B800D3"/>
    <w:multiLevelType w:val="hybridMultilevel"/>
    <w:tmpl w:val="905A4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C830121"/>
    <w:multiLevelType w:val="hybridMultilevel"/>
    <w:tmpl w:val="20AC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37B09"/>
    <w:multiLevelType w:val="hybridMultilevel"/>
    <w:tmpl w:val="B4E8B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808221">
    <w:abstractNumId w:val="8"/>
  </w:num>
  <w:num w:numId="2" w16cid:durableId="1679231196">
    <w:abstractNumId w:val="6"/>
  </w:num>
  <w:num w:numId="3" w16cid:durableId="246767602">
    <w:abstractNumId w:val="5"/>
  </w:num>
  <w:num w:numId="4" w16cid:durableId="507330857">
    <w:abstractNumId w:val="4"/>
  </w:num>
  <w:num w:numId="5" w16cid:durableId="901216803">
    <w:abstractNumId w:val="7"/>
  </w:num>
  <w:num w:numId="6" w16cid:durableId="877625204">
    <w:abstractNumId w:val="3"/>
  </w:num>
  <w:num w:numId="7" w16cid:durableId="1441995912">
    <w:abstractNumId w:val="2"/>
  </w:num>
  <w:num w:numId="8" w16cid:durableId="555507042">
    <w:abstractNumId w:val="1"/>
  </w:num>
  <w:num w:numId="9" w16cid:durableId="1889027392">
    <w:abstractNumId w:val="0"/>
  </w:num>
  <w:num w:numId="10" w16cid:durableId="458374407">
    <w:abstractNumId w:val="11"/>
  </w:num>
  <w:num w:numId="11" w16cid:durableId="1046880345">
    <w:abstractNumId w:val="9"/>
  </w:num>
  <w:num w:numId="12" w16cid:durableId="610017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FF8"/>
    <w:rsid w:val="0006063C"/>
    <w:rsid w:val="000629F5"/>
    <w:rsid w:val="0012077D"/>
    <w:rsid w:val="00147525"/>
    <w:rsid w:val="0015074B"/>
    <w:rsid w:val="00272E86"/>
    <w:rsid w:val="0029639D"/>
    <w:rsid w:val="00326F90"/>
    <w:rsid w:val="00382A9B"/>
    <w:rsid w:val="004853C6"/>
    <w:rsid w:val="006319ED"/>
    <w:rsid w:val="007A47E3"/>
    <w:rsid w:val="009A6DE4"/>
    <w:rsid w:val="00A07016"/>
    <w:rsid w:val="00A5152F"/>
    <w:rsid w:val="00AA1D8D"/>
    <w:rsid w:val="00B47730"/>
    <w:rsid w:val="00BD0392"/>
    <w:rsid w:val="00BF0637"/>
    <w:rsid w:val="00C62D8B"/>
    <w:rsid w:val="00C64CA0"/>
    <w:rsid w:val="00CB0664"/>
    <w:rsid w:val="00CB68E3"/>
    <w:rsid w:val="00E26A20"/>
    <w:rsid w:val="00E8420F"/>
    <w:rsid w:val="00E85508"/>
    <w:rsid w:val="00EB2673"/>
    <w:rsid w:val="00EF5C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D631A5"/>
  <w14:defaultImageDpi w14:val="300"/>
  <w15:docId w15:val="{0AB4B3AB-AC09-459D-9AFD-50CAA93C3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444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Suzanne Young</cp:lastModifiedBy>
  <cp:revision>19</cp:revision>
  <cp:lastPrinted>2026-07-02T02:45:00Z</cp:lastPrinted>
  <dcterms:created xsi:type="dcterms:W3CDTF">2026-07-02T02:05:00Z</dcterms:created>
  <dcterms:modified xsi:type="dcterms:W3CDTF">2026-07-02T02:56:00Z</dcterms:modified>
  <cp:category/>
</cp:coreProperties>
</file>